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DELEGATIONSVERTRAG</w:t>
      </w:r>
    </w:p>
    <w:p/>
    <w:p>
      <w:r>
        <w:rPr>
          <w:b/>
          <w:sz w:val="24"/>
        </w:rPr>
        <w:t>Zwischen</w:t>
      </w:r>
    </w:p>
    <w:p>
      <w:r>
        <w:rPr>
          <w:b/>
          <w:sz w:val="20"/>
        </w:rPr>
        <w:t>Auftraggeber:</w:t>
      </w:r>
    </w:p>
    <w:p>
      <w:r>
        <w:rPr>
          <w:b w:val="0"/>
          <w:sz w:val="20"/>
        </w:rPr>
        <w:t xml:space="preserve">Firma: </w:t>
      </w:r>
    </w:p>
    <w:p>
      <w:r>
        <w:rPr>
          <w:b w:val="0"/>
          <w:sz w:val="20"/>
        </w:rPr>
        <w:t xml:space="preserve">Vertreter: </w:t>
      </w:r>
    </w:p>
    <w:p>
      <w:r>
        <w:rPr>
          <w:b w:val="0"/>
          <w:sz w:val="20"/>
        </w:rPr>
        <w:t xml:space="preserve">Anschrift: </w:t>
      </w:r>
    </w:p>
    <w:p>
      <w:r>
        <w:rPr>
          <w:b w:val="0"/>
          <w:sz w:val="20"/>
        </w:rPr>
        <w:t xml:space="preserve">Telefon: </w:t>
      </w:r>
    </w:p>
    <w:p>
      <w:r>
        <w:rPr>
          <w:b w:val="0"/>
          <w:sz w:val="20"/>
        </w:rPr>
        <w:t xml:space="preserve">E-Mail: </w:t>
      </w:r>
    </w:p>
    <w:p/>
    <w:p>
      <w:r>
        <w:rPr>
          <w:b/>
          <w:sz w:val="24"/>
        </w:rPr>
        <w:t>Und</w:t>
      </w:r>
    </w:p>
    <w:p>
      <w:r>
        <w:rPr>
          <w:b/>
          <w:sz w:val="20"/>
        </w:rPr>
        <w:t>Beauftragter:</w:t>
      </w:r>
    </w:p>
    <w:p>
      <w:r>
        <w:rPr>
          <w:b w:val="0"/>
          <w:sz w:val="20"/>
        </w:rPr>
        <w:t xml:space="preserve">Name/Firma: </w:t>
      </w:r>
    </w:p>
    <w:p>
      <w:r>
        <w:rPr>
          <w:b w:val="0"/>
          <w:sz w:val="20"/>
        </w:rPr>
        <w:t xml:space="preserve">Vertreter: </w:t>
      </w:r>
    </w:p>
    <w:p>
      <w:r>
        <w:rPr>
          <w:b w:val="0"/>
          <w:sz w:val="20"/>
        </w:rPr>
        <w:t xml:space="preserve">Anschrift: </w:t>
      </w:r>
    </w:p>
    <w:p>
      <w:r>
        <w:rPr>
          <w:b w:val="0"/>
          <w:sz w:val="20"/>
        </w:rPr>
        <w:t xml:space="preserve">Telefon: </w:t>
      </w:r>
    </w:p>
    <w:p>
      <w:r>
        <w:rPr>
          <w:b w:val="0"/>
          <w:sz w:val="20"/>
        </w:rPr>
        <w:t xml:space="preserve">E-Mail: </w:t>
      </w:r>
    </w:p>
    <w:p/>
    <w:p>
      <w:r>
        <w:rPr>
          <w:b/>
          <w:sz w:val="20"/>
        </w:rPr>
        <w:t>§1 Vertragsgegenstand</w:t>
      </w:r>
    </w:p>
    <w:p>
      <w:r>
        <w:rPr>
          <w:b w:val="0"/>
          <w:sz w:val="20"/>
        </w:rPr>
        <w:t>Der Auftraggeber überträgt dem Beauftragten die Delegation folgender Aufgaben und Tätigkeiten:</w:t>
      </w:r>
    </w:p>
    <w:p>
      <w:r>
        <w:rPr>
          <w:b w:val="0"/>
          <w:sz w:val="20"/>
        </w:rPr>
        <w:t xml:space="preserve">- </w:t>
      </w:r>
    </w:p>
    <w:p>
      <w:r>
        <w:rPr>
          <w:b w:val="0"/>
          <w:sz w:val="20"/>
        </w:rPr>
        <w:t xml:space="preserve">- </w:t>
      </w:r>
    </w:p>
    <w:p>
      <w:r>
        <w:rPr>
          <w:b w:val="0"/>
          <w:sz w:val="20"/>
        </w:rPr>
        <w:t xml:space="preserve">- </w:t>
      </w:r>
    </w:p>
    <w:p/>
    <w:p>
      <w:r>
        <w:rPr>
          <w:b/>
          <w:sz w:val="20"/>
        </w:rPr>
        <w:t>§2 Pflichten des Beauftragten</w:t>
      </w:r>
    </w:p>
    <w:p>
      <w:r>
        <w:rPr>
          <w:b w:val="0"/>
          <w:sz w:val="20"/>
        </w:rPr>
        <w:t>Der Beauftragte verpflichtet sich, die übertragenen Aufgaben sorgfältig, fachgerecht und unter Beachtung aller gesetzlichen Vorschriften auszuführen.</w:t>
      </w:r>
    </w:p>
    <w:p>
      <w:r>
        <w:rPr>
          <w:b w:val="0"/>
          <w:sz w:val="20"/>
        </w:rPr>
        <w:t>Er hat den Auftraggeber unverzüglich über alle wesentlichen Vorgänge und Änderungen zu informieren.</w:t>
      </w:r>
    </w:p>
    <w:p/>
    <w:p>
      <w:r>
        <w:rPr>
          <w:b/>
          <w:sz w:val="20"/>
        </w:rPr>
        <w:t>§3 Pflichten des Auftraggebers</w:t>
      </w:r>
    </w:p>
    <w:p>
      <w:r>
        <w:rPr>
          <w:b w:val="0"/>
          <w:sz w:val="20"/>
        </w:rPr>
        <w:t>Der Auftraggeber stellt dem Beauftragten alle zur Erfüllung der Delegation notwendigen Unterlagen, Informationen und Ressourcen rechtzeitig zur Verfügung.</w:t>
      </w:r>
    </w:p>
    <w:p>
      <w:r>
        <w:rPr>
          <w:b w:val="0"/>
          <w:sz w:val="20"/>
        </w:rPr>
        <w:t>Er verpflichtet sich zur Zahlung der vereinbarten Vergütung gemäß §5.</w:t>
      </w:r>
    </w:p>
    <w:p/>
    <w:p>
      <w:r>
        <w:rPr>
          <w:b/>
          <w:sz w:val="20"/>
        </w:rPr>
        <w:t>§4 Weisungsrecht</w:t>
      </w:r>
    </w:p>
    <w:p>
      <w:r>
        <w:rPr>
          <w:b w:val="0"/>
          <w:sz w:val="20"/>
        </w:rPr>
        <w:t>Der Beauftragte handelt im Rahmen der übertragenen Aufgaben eigenverantwortlich.</w:t>
      </w:r>
    </w:p>
    <w:p>
      <w:r>
        <w:rPr>
          <w:b w:val="0"/>
          <w:sz w:val="20"/>
        </w:rPr>
        <w:t>Der Auftraggeber kann Weisungen nur im Umfang des Delegationsvertrags erteilen.</w:t>
      </w:r>
    </w:p>
    <w:p/>
    <w:p>
      <w:r>
        <w:rPr>
          <w:b/>
          <w:sz w:val="20"/>
        </w:rPr>
        <w:t>§5 Vergütung</w:t>
      </w:r>
    </w:p>
    <w:p>
      <w:r>
        <w:rPr>
          <w:b w:val="0"/>
          <w:sz w:val="20"/>
        </w:rPr>
        <w:t>Für die Erfüllung der delegierten Aufgaben erhält der Beauftragte folgende Vergütung:</w:t>
      </w:r>
    </w:p>
    <w:p>
      <w:r>
        <w:rPr>
          <w:b w:val="0"/>
          <w:sz w:val="20"/>
        </w:rPr>
        <w:t xml:space="preserve">- Betrag / Abrechnungsmethode: </w:t>
      </w:r>
    </w:p>
    <w:p>
      <w:r>
        <w:rPr>
          <w:b w:val="0"/>
          <w:sz w:val="20"/>
        </w:rPr>
        <w:t xml:space="preserve">- Zahlungsbedingungen: 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Alle vereinbarten Zahlungen verstehen sich zuzüglich der gesetzlichen Mehrwertsteuer.</w:t>
      </w:r>
    </w:p>
    <w:p/>
    <w:p>
      <w:r>
        <w:rPr>
          <w:b/>
          <w:sz w:val="20"/>
        </w:rPr>
        <w:t>§6 Haftung</w:t>
      </w:r>
    </w:p>
    <w:p>
      <w:r>
        <w:rPr>
          <w:b w:val="0"/>
          <w:sz w:val="20"/>
        </w:rPr>
        <w:t>Der Beauftragte haftet für Schäden, die durch vorsätzliches oder grob fahrlässiges Verhalten bei der Erfüllung der Aufgaben entstehen.</w:t>
      </w:r>
    </w:p>
    <w:p>
      <w:r>
        <w:rPr>
          <w:b w:val="0"/>
          <w:sz w:val="20"/>
        </w:rPr>
        <w:t>Für leichte Fahrlässigkeit haftet der Beauftragte nur bei Verletzung wesentlicher Vertragspflichten.</w:t>
      </w:r>
    </w:p>
    <w:p/>
    <w:p>
      <w:r>
        <w:rPr>
          <w:b/>
          <w:sz w:val="20"/>
        </w:rPr>
        <w:t>§7 Vertraulichkeit</w:t>
      </w:r>
    </w:p>
    <w:p>
      <w:r>
        <w:rPr>
          <w:b w:val="0"/>
          <w:sz w:val="20"/>
        </w:rPr>
        <w:t>Beide Parteien verpflichten sich, alle im Rahmen dieses Vertrags erhaltenen vertraulichen Informationen streng vertraulich zu behandeln und nicht an Dritte weiterzugeben.</w:t>
      </w:r>
    </w:p>
    <w:p/>
    <w:p>
      <w:r>
        <w:rPr>
          <w:b/>
          <w:sz w:val="20"/>
        </w:rPr>
        <w:t>§8 Vertragsdauer und Kündigung</w:t>
      </w:r>
    </w:p>
    <w:p>
      <w:r>
        <w:rPr>
          <w:b w:val="0"/>
          <w:sz w:val="20"/>
        </w:rPr>
        <w:t>Dieser Vertrag tritt mit Unterzeichnung in Kraft und gilt für folgende Dauer:</w:t>
      </w:r>
    </w:p>
    <w:p>
      <w:r>
        <w:rPr>
          <w:b w:val="0"/>
          <w:sz w:val="20"/>
        </w:rPr>
        <w:t xml:space="preserve">- Laufzeit: </w:t>
      </w:r>
    </w:p>
    <w:p>
      <w:r>
        <w:rPr>
          <w:b w:val="0"/>
          <w:sz w:val="20"/>
        </w:rPr>
        <w:t xml:space="preserve">- Kündigungsfrist: 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Das Recht zur außerordentlichen Kündigung aus wichtigem Grund bleibt unberührt.</w:t>
      </w:r>
    </w:p>
    <w:p/>
    <w:p>
      <w:r>
        <w:rPr>
          <w:b/>
          <w:sz w:val="20"/>
        </w:rPr>
        <w:t>§9 Sonstiges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Sollten einzelne Bestimmungen dieses Vertrags unwirksam sein oder werden, so bleibt die Wirksamkeit der übrigen Bestimmungen unberührt.</w:t>
      </w:r>
    </w:p>
    <w:p>
      <w:r>
        <w:rPr>
          <w:b w:val="0"/>
          <w:sz w:val="20"/>
        </w:rPr>
        <w:t>Anstelle der unwirksamen Bestimmung gilt eine Regelung als vereinbart, die dem wirtschaftlichen Zweck am nächsten kommt.</w:t>
      </w:r>
    </w:p>
    <w:p/>
    <w:p>
      <w:r>
        <w:rPr>
          <w:b/>
          <w:sz w:val="20"/>
        </w:rPr>
        <w:t>§10 Gerichtsstand und anwendbares Recht</w:t>
      </w:r>
    </w:p>
    <w:p>
      <w:r>
        <w:rPr>
          <w:b w:val="0"/>
          <w:sz w:val="20"/>
        </w:rPr>
        <w:t>Gerichtsstand für alle Streitigkeiten aus diesem Vertrag ist der Sitz des Auftraggebers.</w:t>
      </w:r>
    </w:p>
    <w:p>
      <w:r>
        <w:rPr>
          <w:b w:val="0"/>
          <w:sz w:val="20"/>
        </w:rPr>
        <w:t>Es gilt deutsches Recht.</w:t>
      </w:r>
    </w:p>
    <w:p/>
    <w:p/>
    <w:p>
      <w:pPr>
        <w:jc w:val="center"/>
      </w:pPr>
      <w:r>
        <w:rPr>
          <w:b w:val="0"/>
          <w:sz w:val="20"/>
        </w:rPr>
        <w:t>Zur Bestätigung unterzeichnen die Parteien diesen Vertrag in zweifacher Ausfertigung.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Auftraggeber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Beauftragter</w:t>
            </w:r>
          </w:p>
        </w:tc>
      </w:tr>
    </w:tbl>
    <w:p/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Datum: 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Datum: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https://unternehmen-experte.com/delegationsvereinbarung/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delegationsvereinbarung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