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Forderungsanmeldung im Insolvenzverfahren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/ Firma: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r>
        <w:rPr>
          <w:b/>
          <w:sz w:val="22"/>
        </w:rPr>
        <w:t>An den Insolvenzverwalter: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Firma / Kanzlei: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Forderungsanmeldung gegen die insolvente Masse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melde ich meine Forderung gegen die Insolvenzmasse des Schuldners form- und fristgerecht zur Insolvenztabelle an. Die Forderung ergibt sich aus dem untenstehenden Sachverhalt.</w:t>
      </w:r>
    </w:p>
    <w:p/>
    <w:p/>
    <w:p>
      <w:r>
        <w:rPr>
          <w:b/>
          <w:sz w:val="22"/>
        </w:rPr>
        <w:t>Schuldner:</w:t>
      </w:r>
    </w:p>
    <w:p>
      <w:r>
        <w:rPr>
          <w:b w:val="0"/>
          <w:sz w:val="22"/>
        </w:rPr>
        <w:t>Name / Firma: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Forderungshöhe:</w:t>
      </w:r>
    </w:p>
    <w:p>
      <w:r>
        <w:rPr>
          <w:b w:val="0"/>
          <w:sz w:val="22"/>
        </w:rPr>
        <w:t>€</w:t>
      </w:r>
    </w:p>
    <w:p/>
    <w:p>
      <w:r>
        <w:rPr>
          <w:b/>
          <w:sz w:val="22"/>
        </w:rPr>
        <w:t>Forderungsgrund / Vertragsverhältnis:</w:t>
      </w:r>
    </w:p>
    <w:p>
      <w:r>
        <w:rPr>
          <w:b w:val="0"/>
          <w:sz w:val="22"/>
        </w:rPr>
        <w:t>(z.B. Liefervertrag, Dienstleistung, Darlehen, etc.)</w:t>
      </w:r>
    </w:p>
    <w:p/>
    <w:p/>
    <w:p>
      <w:r>
        <w:rPr>
          <w:b/>
          <w:sz w:val="22"/>
        </w:rPr>
        <w:t>Forderungsentstehungsdatum:</w:t>
      </w:r>
    </w:p>
    <w:p>
      <w:r>
        <w:rPr>
          <w:b w:val="0"/>
          <w:sz w:val="22"/>
        </w:rPr>
      </w:r>
    </w:p>
    <w:p/>
    <w:p/>
    <w:p>
      <w:r>
        <w:rPr>
          <w:b/>
          <w:sz w:val="22"/>
        </w:rPr>
        <w:t>Forderung fällig seit:</w:t>
      </w:r>
    </w:p>
    <w:p>
      <w:r>
        <w:rPr>
          <w:b w:val="0"/>
          <w:sz w:val="22"/>
        </w:rPr>
      </w:r>
    </w:p>
    <w:p/>
    <w:p/>
    <w:p>
      <w:r>
        <w:rPr>
          <w:b/>
          <w:sz w:val="22"/>
        </w:rPr>
        <w:t>Bestehen Sicherheiten oder Verrechnungsrechte?</w:t>
      </w:r>
    </w:p>
    <w:p>
      <w:r>
        <w:rPr>
          <w:b w:val="0"/>
          <w:sz w:val="22"/>
        </w:rPr>
        <w:t>Ja ☐    Nein ☐</w:t>
      </w:r>
    </w:p>
    <w:p>
      <w:r>
        <w:rPr>
          <w:b w:val="0"/>
          <w:sz w:val="22"/>
        </w:rPr>
        <w:t>Falls ja, bitte Art und Umfang erläutern:</w:t>
      </w:r>
    </w:p>
    <w:p/>
    <w:p/>
    <w:p>
      <w:r>
        <w:rPr>
          <w:b/>
          <w:sz w:val="22"/>
        </w:rPr>
        <w:t>Aufstellung der Forderung (falls mehrere Posten):</w:t>
      </w:r>
    </w:p>
    <w:p>
      <w:r>
        <w:rPr>
          <w:b w:val="0"/>
          <w:sz w:val="22"/>
        </w:rPr>
        <w:t>1. Position: Betrag €</w:t>
      </w:r>
    </w:p>
    <w:p>
      <w:r>
        <w:rPr>
          <w:b w:val="0"/>
          <w:sz w:val="22"/>
        </w:rPr>
        <w:t>2. Position: Betrag €</w:t>
      </w:r>
    </w:p>
    <w:p>
      <w:r>
        <w:rPr>
          <w:b w:val="0"/>
          <w:sz w:val="22"/>
        </w:rPr>
        <w:t>...</w:t>
      </w:r>
    </w:p>
    <w:p/>
    <w:p/>
    <w:p>
      <w:r>
        <w:rPr>
          <w:b/>
          <w:sz w:val="22"/>
        </w:rPr>
        <w:t>Folgende Unterlagen sind der Forderungsanmeldung beigefügt:</w:t>
      </w:r>
    </w:p>
    <w:p>
      <w:r>
        <w:rPr>
          <w:b w:val="0"/>
          <w:sz w:val="22"/>
        </w:rPr>
        <w:t>☐ Kopie der Rechnungen / Verträge</w:t>
      </w:r>
    </w:p>
    <w:p>
      <w:r>
        <w:rPr>
          <w:b w:val="0"/>
          <w:sz w:val="22"/>
        </w:rPr>
        <w:t>☐ Mahnschreiben</w:t>
      </w:r>
    </w:p>
    <w:p>
      <w:r>
        <w:rPr>
          <w:b w:val="0"/>
          <w:sz w:val="22"/>
        </w:rPr>
        <w:t>☐ Sonstige Nachweise</w:t>
      </w:r>
    </w:p>
    <w:p/>
    <w:p/>
    <w:p>
      <w:r>
        <w:rPr>
          <w:b w:val="0"/>
          <w:sz w:val="22"/>
        </w:rPr>
        <w:t>Ich versichere, dass die Forderung gegen die Insolvenzmasse besteht, vollständig und richtig angegeben wurde und keine weiteren Forderungen bestehen.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Gläubiger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Vertreter (falls zutreffend)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https://unternehmen-experte.com/forderungsanmeldung-schreiben-an-insolvenzverwalter/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forderungsanmeldung-schreiben-an-insolvenzverwalter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