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INTERESSENBEKUNDUNG</w:t>
      </w:r>
    </w:p>
    <w:p/>
    <w:p>
      <w:r>
        <w:rPr>
          <w:b/>
          <w:sz w:val="20"/>
        </w:rPr>
        <w:t>Name des Interessenten:</w:t>
      </w:r>
    </w:p>
    <w:p>
      <w:r>
        <w:rPr>
          <w:b w:val="0"/>
          <w:sz w:val="20"/>
        </w:rPr>
      </w:r>
    </w:p>
    <w:p>
      <w:r>
        <w:rPr>
          <w:b/>
          <w:sz w:val="20"/>
        </w:rPr>
        <w:t>Anschrift des Interessenten:</w:t>
      </w:r>
    </w:p>
    <w:p>
      <w:r>
        <w:rPr>
          <w:b w:val="0"/>
          <w:sz w:val="20"/>
        </w:rPr>
      </w:r>
    </w:p>
    <w:p/>
    <w:p>
      <w:r>
        <w:rPr>
          <w:b/>
          <w:sz w:val="20"/>
        </w:rPr>
        <w:t>Angaben zum Objekt:</w:t>
      </w:r>
    </w:p>
    <w:p>
      <w:r>
        <w:rPr>
          <w:b w:val="0"/>
          <w:sz w:val="20"/>
        </w:rPr>
        <w:t>Adresse / Lage:</w:t>
      </w:r>
    </w:p>
    <w:p>
      <w:r>
        <w:rPr>
          <w:b w:val="0"/>
          <w:sz w:val="20"/>
        </w:rPr>
      </w:r>
    </w:p>
    <w:p>
      <w:r>
        <w:rPr>
          <w:b w:val="0"/>
          <w:sz w:val="20"/>
        </w:rPr>
        <w:t>Art des Objekts (z. B. Wohnung, Haus, Grundstück):</w:t>
      </w:r>
    </w:p>
    <w:p>
      <w:r>
        <w:rPr>
          <w:b w:val="0"/>
          <w:sz w:val="20"/>
        </w:rPr>
      </w:r>
    </w:p>
    <w:p/>
    <w:p>
      <w:r>
        <w:rPr>
          <w:b/>
          <w:sz w:val="20"/>
        </w:rPr>
        <w:t>Bekundung des Interesses:</w:t>
      </w:r>
    </w:p>
    <w:p>
      <w:r>
        <w:rPr>
          <w:b w:val="0"/>
          <w:sz w:val="20"/>
        </w:rPr>
        <w:t>Hiermit bekunde ich mein ernsthaftes Interesse am Erwerb des oben genannten Objekts. Ich bin mir bewusst, dass diese Interessenbekundung keine vertragliche Verpflichtung zum Erwerb darstellt, sondern lediglich meine Absicht zum Ausdruck bringt, einen Kauf zu prüfen und zu verhandeln.</w:t>
      </w:r>
    </w:p>
    <w:p/>
    <w:p>
      <w:r>
        <w:rPr>
          <w:b/>
          <w:sz w:val="20"/>
        </w:rPr>
        <w:t>Finanzierung:</w:t>
      </w:r>
    </w:p>
    <w:p>
      <w:r>
        <w:rPr>
          <w:b w:val="0"/>
          <w:sz w:val="20"/>
        </w:rPr>
        <w:t>Ich bestätige, dass ich über die notwendigen finanziellen Mittel verfüge oder eine entsprechende Finanzierung gesichert habe, um den Erwerb des genannten Objekts zu realisieren.</w:t>
      </w:r>
    </w:p>
    <w:p/>
    <w:p>
      <w:r>
        <w:rPr>
          <w:b/>
          <w:sz w:val="20"/>
        </w:rPr>
        <w:t>Datenschutz und Verwendung der Daten:</w:t>
      </w:r>
    </w:p>
    <w:p>
      <w:r>
        <w:rPr>
          <w:b w:val="0"/>
          <w:sz w:val="20"/>
        </w:rPr>
        <w:t>Ich erkläre mich damit einverstanden, dass meine personenbezogenen Daten zum Zwecke der Kaufabwicklung verarbeitet und gespeichert werden. Die Daten werden vertraulich behandelt und nicht an unbefugte Dritte weitergegeben.</w:t>
      </w:r>
    </w:p>
    <w:p/>
    <w:p>
      <w:r>
        <w:rPr>
          <w:b/>
          <w:sz w:val="20"/>
        </w:rPr>
        <w:t>Rechtlicher Hinweis:</w:t>
      </w:r>
    </w:p>
    <w:p>
      <w:r>
        <w:rPr>
          <w:b w:val="0"/>
          <w:sz w:val="20"/>
        </w:rPr>
        <w:t>Diese Interessenbekundung ist kein Kaufvertrag und begründet keine Verpflichtung zum Erwerb. Ein rechtsverbindlicher Kaufvertrag kommt erst durch eine gesonderte schriftliche Vereinbarung zustande.</w:t>
      </w:r>
    </w:p>
    <w:p/>
    <w:p/>
    <w:p>
      <w:r>
        <w:rPr>
          <w:b w:val="0"/>
          <w:sz w:val="20"/>
        </w:rPr>
        <w:t>Ort: ________________________________    Datum: ________________________________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Interessent</w:t>
            </w:r>
          </w:p>
        </w:tc>
        <w:tc>
          <w:tcPr>
            <w:tcW w:type="dxa" w:w="4986"/>
            <w:tcBorders>
              <w:top w:val="nil"/>
              <w:left w:val="nil"/>
              <w:bottom w:val="nil"/>
              <w:right w:val="nil"/>
              <w:insideH w:val="nil"/>
              <w:insideV w:val="nil"/>
            </w:tcBorders>
          </w:tcPr>
          <w:p>
            <w:pPr>
              <w:jc w:val="center"/>
            </w:pPr>
            <w:r>
              <w:t>Vertreter / Makler</w:t>
            </w:r>
          </w:p>
        </w:tc>
      </w:tr>
      <w:tr>
        <w:tc>
          <w:tcPr>
            <w:tcW w:type="dxa" w:w="4986"/>
            <w:tcBorders>
              <w:top w:val="nil"/>
              <w:left w:val="nil"/>
              <w:bottom w:val="nil"/>
              <w:right w:val="nil"/>
              <w:insideH w:val="nil"/>
              <w:insideV w:val="nil"/>
            </w:tcBorders>
          </w:tcPr>
          <w:p>
            <w:pPr>
              <w:jc w:val="center"/>
            </w:pPr>
            <w:r>
              <w:br/>
              <w:br/>
              <w:t>Unterschrift: ____________________________</w:t>
            </w:r>
          </w:p>
        </w:tc>
        <w:tc>
          <w:tcPr>
            <w:tcW w:type="dxa" w:w="4986"/>
            <w:tcBorders>
              <w:top w:val="nil"/>
              <w:left w:val="nil"/>
              <w:bottom w:val="nil"/>
              <w:right w:val="nil"/>
              <w:insideH w:val="nil"/>
              <w:insideV w:val="nil"/>
            </w:tcBorders>
          </w:tcPr>
          <w:p>
            <w:pPr>
              <w:jc w:val="center"/>
            </w:pPr>
            <w:r>
              <w:br/>
              <w:br/>
              <w:t>Unterschrift: ____________________________</w:t>
            </w:r>
          </w:p>
        </w:tc>
      </w:tr>
      <w:tr>
        <w:tc>
          <w:tcPr>
            <w:tcW w:type="dxa" w:w="4986"/>
            <w:tcBorders>
              <w:top w:val="nil"/>
              <w:left w:val="nil"/>
              <w:bottom w:val="nil"/>
              <w:right w:val="nil"/>
              <w:insideH w:val="nil"/>
              <w:insideV w:val="nil"/>
            </w:tcBorders>
          </w:tcPr>
          <w:p>
            <w:pPr>
              <w:jc w:val="center"/>
            </w:pPr>
            <w:r>
              <w:t>Name: _________________________________</w:t>
            </w:r>
          </w:p>
        </w:tc>
        <w:tc>
          <w:tcPr>
            <w:tcW w:type="dxa" w:w="4986"/>
            <w:tcBorders>
              <w:top w:val="nil"/>
              <w:left w:val="nil"/>
              <w:bottom w:val="nil"/>
              <w:right w:val="nil"/>
              <w:insideH w:val="nil"/>
              <w:insideV w:val="nil"/>
            </w:tcBorders>
          </w:tcPr>
          <w:p>
            <w:pPr>
              <w:jc w:val="center"/>
            </w:pPr>
            <w:r>
              <w:t>Name: _________________________________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https://unternehmen-experte.com/interessenbekundung/</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https://unternehmen-experte.com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unternehmen-experte.com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unternehmen-experte.com/interessenbekundung/" TargetMode="External"/><Relationship Id="rId10" Type="http://schemas.openxmlformats.org/officeDocument/2006/relationships/hyperlink" Target="https://unternehmen-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