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KAUFINTERESSE</w:t>
      </w:r>
    </w:p>
    <w:p/>
    <w:p/>
    <w:p>
      <w:r>
        <w:rPr>
          <w:b/>
          <w:sz w:val="22"/>
        </w:rPr>
        <w:t>An den Verkäufer / die Verkäuferin</w:t>
      </w:r>
    </w:p>
    <w:p>
      <w:r>
        <w:rPr>
          <w:b w:val="0"/>
          <w:sz w:val="22"/>
        </w:rPr>
        <w:t>______________________________</w:t>
      </w:r>
    </w:p>
    <w:p>
      <w:r>
        <w:rPr>
          <w:b w:val="0"/>
          <w:sz w:val="22"/>
        </w:rPr>
        <w:t>______________________________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bekunde ich / wir unser ernsthaftes Interesse am Kauf der folgenden Immobilie:</w:t>
      </w:r>
    </w:p>
    <w:p/>
    <w:p>
      <w:r>
        <w:rPr>
          <w:b/>
          <w:sz w:val="22"/>
        </w:rPr>
        <w:t>Objektbeschreibung: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</w:t>
      </w:r>
    </w:p>
    <w:p/>
    <w:p>
      <w:r>
        <w:rPr>
          <w:b/>
          <w:sz w:val="22"/>
        </w:rPr>
        <w:t>Adresse der Immobilie: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</w:t>
      </w:r>
    </w:p>
    <w:p/>
    <w:p>
      <w:r>
        <w:rPr>
          <w:b/>
          <w:sz w:val="22"/>
        </w:rPr>
        <w:t>Kaufpreisvorstellung (optional):</w:t>
      </w:r>
    </w:p>
    <w:p>
      <w:r>
        <w:rPr>
          <w:b w:val="0"/>
          <w:sz w:val="22"/>
        </w:rPr>
        <w:t>_______________________________________________________________</w:t>
      </w:r>
    </w:p>
    <w:p/>
    <w:p>
      <w:r>
        <w:rPr>
          <w:b w:val="0"/>
          <w:sz w:val="22"/>
        </w:rPr>
        <w:t>Ich / Wir bitte(n) höflich um Übersendung weiterer Unterlagen sowie um Vereinbarung eines Besichtigungstermins.</w:t>
      </w:r>
    </w:p>
    <w:p/>
    <w:p>
      <w:r>
        <w:rPr>
          <w:b w:val="0"/>
          <w:sz w:val="22"/>
        </w:rPr>
        <w:t>Dieses Schreiben stellt keine rechtsverbindliche Kaufzusage dar, sondern dient ausschließlich zur Bekundung des Kaufinteresses.</w:t>
      </w:r>
    </w:p>
    <w:p/>
    <w:p/>
    <w:p>
      <w:r>
        <w:rPr>
          <w:b w:val="0"/>
          <w:sz w:val="22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Interessent / Interessentin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 / Verkäuferin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https://unternehmen-experte.com/kaufinteresse-schreiben/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https://unternehmen-experte.com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unternehmen-experte.com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unternehmen-experte.com/kaufinteresse-schreiben/" TargetMode="External"/><Relationship Id="rId10" Type="http://schemas.openxmlformats.org/officeDocument/2006/relationships/hyperlink" Target="https://unternehm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