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LEBENSWEGBETRACHTUNG IM RAHMEN ISO 14001</w:t>
      </w:r>
    </w:p>
    <w:p/>
    <w:p/>
    <w:p>
      <w:r>
        <w:rPr>
          <w:b/>
          <w:sz w:val="24"/>
        </w:rPr>
        <w:t>1. Persönliche Daten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Position im Unternehmen:</w:t>
      </w:r>
    </w:p>
    <w:p/>
    <w:p>
      <w:r>
        <w:rPr>
          <w:b/>
          <w:sz w:val="24"/>
        </w:rPr>
        <w:t>2. Beschreibung des Lebensweges im Kontext Umweltmanagement</w:t>
      </w:r>
    </w:p>
    <w:p>
      <w:r>
        <w:rPr>
          <w:b w:val="0"/>
          <w:sz w:val="20"/>
        </w:rPr>
        <w:t>Beschreiben Sie hier Ihren bisherigen Werdegang und relevante Erfahrungen im Umweltmanagement.</w:t>
      </w:r>
    </w:p>
    <w:p/>
    <w:p/>
    <w:p/>
    <w:p>
      <w:r>
        <w:rPr>
          <w:b/>
          <w:sz w:val="24"/>
        </w:rPr>
        <w:t>3. Umweltbezogene Qualifikationen und Schulungen</w:t>
      </w:r>
    </w:p>
    <w:p>
      <w:r>
        <w:rPr>
          <w:b w:val="0"/>
          <w:sz w:val="20"/>
        </w:rPr>
        <w:t>Führen Sie alle relevanten Qualifikationen, Zertifikate und Schulungen auf, die Sie im Zusammenhang mit ISO 14001 oder Umweltmanagement absolviert haben.</w:t>
      </w:r>
    </w:p>
    <w:p/>
    <w:p/>
    <w:p/>
    <w:p/>
    <w:p>
      <w:r>
        <w:rPr>
          <w:b/>
          <w:sz w:val="24"/>
        </w:rPr>
        <w:t>4. Praktische Erfahrungen im Umweltmanagement</w:t>
      </w:r>
    </w:p>
    <w:p>
      <w:r>
        <w:rPr>
          <w:b w:val="0"/>
          <w:sz w:val="20"/>
        </w:rPr>
        <w:t>Beschreiben Sie konkrete Projekte, Tätigkeiten oder Verantwortlichkeiten, die Sie im Bereich Umweltmanagement durchgeführt haben.</w:t>
      </w:r>
    </w:p>
    <w:p/>
    <w:p/>
    <w:p/>
    <w:p/>
    <w:p>
      <w:r>
        <w:rPr>
          <w:b/>
          <w:sz w:val="24"/>
        </w:rPr>
        <w:t>5. Kompetenzen und Fähigkeiten</w:t>
      </w:r>
    </w:p>
    <w:p>
      <w:r>
        <w:rPr>
          <w:b w:val="0"/>
          <w:sz w:val="20"/>
        </w:rPr>
        <w:t>Listen Sie Ihre wichtigsten Kompetenzen und Fähigkeiten auf, die Sie im Rahmen des Umweltmanagementsystems einsetzen.</w:t>
      </w:r>
    </w:p>
    <w:p/>
    <w:p/>
    <w:p/>
    <w:p/>
    <w:p>
      <w:r>
        <w:rPr>
          <w:b/>
          <w:sz w:val="24"/>
        </w:rPr>
        <w:t>6. Persönliche Reflexion</w:t>
      </w:r>
    </w:p>
    <w:p>
      <w:r>
        <w:rPr>
          <w:b w:val="0"/>
          <w:sz w:val="20"/>
        </w:rPr>
        <w:t>Reflektieren Sie Ihre persönliche Entwicklung im Bereich Umweltmanagement und Ihre Motivation für die Umsetzung von ISO 14001.</w:t>
      </w:r>
    </w:p>
    <w:p/>
    <w:p/>
    <w:p/>
    <w:p/>
    <w:p>
      <w:r>
        <w:rPr>
          <w:b/>
          <w:sz w:val="24"/>
        </w:rPr>
        <w:t>7. Ziele und Weiterentwicklung</w:t>
      </w:r>
    </w:p>
    <w:p>
      <w:r>
        <w:rPr>
          <w:b w:val="0"/>
          <w:sz w:val="20"/>
        </w:rPr>
        <w:t>Definieren Sie Ihre Ziele für die zukünftige Entwicklung im Bereich Umweltmanagement innerhalb Ihres Unternehmens oder Ihrer Tätigkeit.</w:t>
      </w:r>
    </w:p>
    <w:p/>
    <w:p/>
    <w:p/>
    <w:p/>
    <w:p>
      <w:r>
        <w:rPr>
          <w:b/>
          <w:sz w:val="24"/>
        </w:rPr>
        <w:t>8. Erklärung</w:t>
      </w:r>
    </w:p>
    <w:p>
      <w:r>
        <w:rPr>
          <w:b w:val="0"/>
          <w:sz w:val="20"/>
        </w:rPr>
        <w:t>Ich bestätige, dass die vorstehenden Angaben wahrheitsgemäß und vollständig sind und ich mich zur Umsetzung der Prinzipien und Anforderungen der ISO 14001 verpflichte.</w:t>
      </w:r>
    </w:p>
    <w:p/>
    <w:p/>
    <w:p>
      <w:r>
        <w:rPr>
          <w:b w:val="0"/>
          <w:sz w:val="20"/>
        </w:rPr>
        <w:t>Ort:</w:t>
      </w:r>
    </w:p>
    <w:p>
      <w:r>
        <w:rPr>
          <w:b w:val="0"/>
          <w:sz w:val="20"/>
        </w:rPr>
        <w:t>Unterschrift: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Vorgesetzter / Verantwortlicher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https://unternehmen-experte.com/lebenswegbetrachtung-iso-14001-beispiel/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lebenswegbetrachtung-iso-14001-beispiel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