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RÜCKTRITT ALS PERSONALRATSMITGLIED</w:t>
      </w:r>
    </w:p>
    <w:p/>
    <w:p/>
    <w:p>
      <w:r>
        <w:rPr>
          <w:b w:val="0"/>
          <w:sz w:val="22"/>
        </w:rPr>
        <w:t>Ort: ____________________________    Datum: ____________________________</w:t>
      </w:r>
    </w:p>
    <w:p/>
    <w:p/>
    <w:p>
      <w:r>
        <w:rPr>
          <w:b/>
          <w:sz w:val="22"/>
        </w:rPr>
        <w:t>Hiermit trete ich,</w:t>
      </w:r>
    </w:p>
    <w:p>
      <w:r>
        <w:rPr>
          <w:b w:val="0"/>
          <w:sz w:val="22"/>
        </w:rPr>
        <w:t>Name: 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</w:t>
      </w:r>
    </w:p>
    <w:p/>
    <w:p>
      <w:r>
        <w:rPr>
          <w:b/>
          <w:sz w:val="22"/>
        </w:rPr>
        <w:t>mit Wirkung zum</w:t>
      </w:r>
    </w:p>
    <w:p>
      <w:r>
        <w:rPr>
          <w:b w:val="0"/>
          <w:sz w:val="22"/>
        </w:rPr>
        <w:t>Datum: _____________________________________________________________</w:t>
      </w:r>
    </w:p>
    <w:p/>
    <w:p>
      <w:r>
        <w:rPr>
          <w:b/>
          <w:sz w:val="22"/>
        </w:rPr>
        <w:t>aus dem Amt des Personalratsmitglieds bei</w:t>
      </w:r>
    </w:p>
    <w:p>
      <w:r>
        <w:rPr>
          <w:b w:val="0"/>
          <w:sz w:val="22"/>
        </w:rPr>
        <w:t>Dienststelle/Arbeitgeber: ___________________________________________</w:t>
      </w:r>
    </w:p>
    <w:p/>
    <w:p>
      <w:r>
        <w:rPr>
          <w:b w:val="0"/>
          <w:sz w:val="22"/>
        </w:rPr>
        <w:t>Ich erkläre, dass ich mit diesem Rücktritt keine Ansprüche gegen den Arbeitgeber geltend mache und alle gesetzlichen sowie tariflichen Pflichten während meiner Amtszeit erfüllt habe.</w:t>
      </w:r>
    </w:p>
    <w:p/>
    <w:p/>
    <w:p>
      <w:r>
        <w:rPr>
          <w:b w:val="0"/>
          <w:sz w:val="22"/>
        </w:rPr>
        <w:t>Ich bestätige, dass ich über die Folgen des Rücktritts informiert wurde und diese Erklärung freiwillig abgebe.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Personalratsmitglied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Personalratsvorsitzender / Dienststellenleitung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https://unternehmen-experte.com/rucktritt-personalratsmitglied/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https://unternehmen-experte.com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unternehmen-experte.com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unternehmen-experte.com/rucktritt-personalratsmitglied/" TargetMode="External"/><Relationship Id="rId10" Type="http://schemas.openxmlformats.org/officeDocument/2006/relationships/hyperlink" Target="https://unternehm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