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TREUHANDVERTRAG ZWISCHEN PRIVATPERSONEN</w:t>
      </w:r>
    </w:p>
    <w:p/>
    <w:p>
      <w:r>
        <w:rPr>
          <w:b/>
          <w:sz w:val="24"/>
        </w:rPr>
        <w:t>VERTRAGSPARTEN</w:t>
      </w:r>
    </w:p>
    <w:p>
      <w:r>
        <w:rPr>
          <w:b/>
          <w:sz w:val="20"/>
        </w:rPr>
        <w:t>TREUGEber:</w:t>
      </w:r>
    </w:p>
    <w:p>
      <w:r>
        <w:rPr>
          <w:b w:val="0"/>
          <w:sz w:val="20"/>
        </w:rPr>
        <w:t>Name: _____________________________________________</w:t>
      </w:r>
    </w:p>
    <w:p>
      <w:r>
        <w:rPr>
          <w:b w:val="0"/>
          <w:sz w:val="20"/>
        </w:rPr>
        <w:t>Geburtsdatum: ______________________</w:t>
      </w:r>
    </w:p>
    <w:p>
      <w:r>
        <w:rPr>
          <w:b w:val="0"/>
          <w:sz w:val="20"/>
        </w:rPr>
        <w:t>Anschrift: __________________________________________</w:t>
      </w:r>
    </w:p>
    <w:p>
      <w:r>
        <w:rPr>
          <w:b w:val="0"/>
          <w:sz w:val="20"/>
        </w:rPr>
        <w:t>Telefon: ___________________________</w:t>
      </w:r>
    </w:p>
    <w:p>
      <w:r>
        <w:rPr>
          <w:b w:val="0"/>
          <w:sz w:val="20"/>
        </w:rPr>
        <w:t>E-Mail: ____________________________</w:t>
      </w:r>
    </w:p>
    <w:p/>
    <w:p>
      <w:r>
        <w:rPr>
          <w:b/>
          <w:sz w:val="20"/>
        </w:rPr>
        <w:t>TREUHÄNDER:</w:t>
      </w:r>
    </w:p>
    <w:p>
      <w:r>
        <w:rPr>
          <w:b w:val="0"/>
          <w:sz w:val="20"/>
        </w:rPr>
        <w:t>Name: _____________________________________________</w:t>
      </w:r>
    </w:p>
    <w:p>
      <w:r>
        <w:rPr>
          <w:b w:val="0"/>
          <w:sz w:val="20"/>
        </w:rPr>
        <w:t>Geburtsdatum: ______________________</w:t>
      </w:r>
    </w:p>
    <w:p>
      <w:r>
        <w:rPr>
          <w:b w:val="0"/>
          <w:sz w:val="20"/>
        </w:rPr>
        <w:t>Anschrift: __________________________________________</w:t>
      </w:r>
    </w:p>
    <w:p>
      <w:r>
        <w:rPr>
          <w:b w:val="0"/>
          <w:sz w:val="20"/>
        </w:rPr>
        <w:t>Telefon: ___________________________</w:t>
      </w:r>
    </w:p>
    <w:p>
      <w:r>
        <w:rPr>
          <w:b w:val="0"/>
          <w:sz w:val="20"/>
        </w:rPr>
        <w:t>E-Mail: ____________________________</w:t>
      </w:r>
    </w:p>
    <w:p/>
    <w:p>
      <w:r>
        <w:rPr>
          <w:b/>
          <w:sz w:val="24"/>
        </w:rPr>
        <w:t>PRÄAMBEL</w:t>
      </w:r>
    </w:p>
    <w:p>
      <w:r>
        <w:rPr>
          <w:b w:val="0"/>
          <w:sz w:val="20"/>
        </w:rPr>
        <w:t>Die Parteien schließen diesen Treuhandvertrag, um eine vertrauensvolle und rechtlich verbindliche Regelung über die Verwaltung und Abwicklung von Vermögenswerten durch den Treuhänder zu treffen.</w:t>
      </w:r>
    </w:p>
    <w:p/>
    <w:p>
      <w:r>
        <w:rPr>
          <w:b/>
          <w:sz w:val="20"/>
        </w:rPr>
        <w:t>§1 – VERTRAGSGEGENSTAND</w:t>
      </w:r>
    </w:p>
    <w:p>
      <w:r>
        <w:rPr>
          <w:b w:val="0"/>
          <w:sz w:val="20"/>
        </w:rPr>
        <w:t>Der Treuhänder verpflichtet sich, die im Rahmen dieses Vertrages übertragenen Vermögenswerte treuhänderisch für den Treugeber zu verwalten, zu verwahren und gemäß den Weisungen des Treugebers zu verwenden.</w:t>
      </w:r>
    </w:p>
    <w:p/>
    <w:p>
      <w:r>
        <w:rPr>
          <w:b/>
          <w:sz w:val="20"/>
        </w:rPr>
        <w:t>§2 – TREUHANDVERMÖGEN</w:t>
      </w:r>
    </w:p>
    <w:p>
      <w:r>
        <w:rPr>
          <w:b w:val="0"/>
          <w:sz w:val="20"/>
        </w:rPr>
        <w:t>Das Treuhandvermögen umfasst folgende Gegenstände:</w:t>
      </w:r>
    </w:p>
    <w:p>
      <w:r>
        <w:rPr>
          <w:b w:val="0"/>
          <w:sz w:val="20"/>
        </w:rPr>
        <w:t>- _____________________________________________________________</w:t>
      </w:r>
    </w:p>
    <w:p>
      <w:r>
        <w:rPr>
          <w:b w:val="0"/>
          <w:sz w:val="20"/>
        </w:rPr>
        <w:t>- _____________________________________________________________</w:t>
      </w:r>
    </w:p>
    <w:p/>
    <w:p>
      <w:r>
        <w:rPr>
          <w:b/>
          <w:sz w:val="20"/>
        </w:rPr>
        <w:t>§3 – PFLICHTEN DES TREUHÄNDERS</w:t>
      </w:r>
    </w:p>
    <w:p>
      <w:r>
        <w:rPr>
          <w:b w:val="0"/>
          <w:sz w:val="20"/>
        </w:rPr>
        <w:t>Der Treuhänder verpflichtet sich:</w:t>
      </w:r>
    </w:p>
    <w:p>
      <w:r>
        <w:rPr>
          <w:b w:val="0"/>
          <w:sz w:val="20"/>
        </w:rPr>
        <w:t>a) Das Treuhandvermögen ordnungsgemäß zu verwahren und vor Verlust zu schützen.</w:t>
      </w:r>
    </w:p>
    <w:p>
      <w:r>
        <w:rPr>
          <w:b w:val="0"/>
          <w:sz w:val="20"/>
        </w:rPr>
        <w:t>b) Die Weisungen des Treugebers genau zu befolgen.</w:t>
      </w:r>
    </w:p>
    <w:p>
      <w:r>
        <w:rPr>
          <w:b w:val="0"/>
          <w:sz w:val="20"/>
        </w:rPr>
        <w:t>c) Den Treugeber unverzüglich über alle wesentlichen Vorgänge und Änderungen zu informieren.</w:t>
      </w:r>
    </w:p>
    <w:p>
      <w:r>
        <w:rPr>
          <w:b w:val="0"/>
          <w:sz w:val="20"/>
        </w:rPr>
        <w:t>d) Das Treuhandvermögen getrennt von eigenem Vermögen zu halten.</w:t>
      </w:r>
    </w:p>
    <w:p>
      <w:r>
        <w:rPr>
          <w:b w:val="0"/>
          <w:sz w:val="20"/>
        </w:rPr>
        <w:t>e) Eine ordnungsgemäße Buchführung zu führen und auf Verlangen Einsicht zu gewähren.</w:t>
      </w:r>
    </w:p>
    <w:p/>
    <w:p>
      <w:r>
        <w:rPr>
          <w:b/>
          <w:sz w:val="20"/>
        </w:rPr>
        <w:t>§4 – WEISUNGSRECHT DES TREUGEbers</w:t>
      </w:r>
    </w:p>
    <w:p>
      <w:r>
        <w:rPr>
          <w:b w:val="0"/>
          <w:sz w:val="20"/>
        </w:rPr>
        <w:t>Der Treugeber ist berechtigt, dem Treuhänder jederzeit verbindliche Weisungen bezüglich der Verwaltung und Verwendung des Treuhandvermögens zu erteilen.</w:t>
      </w:r>
    </w:p>
    <w:p/>
    <w:p>
      <w:r>
        <w:rPr>
          <w:b/>
          <w:sz w:val="20"/>
        </w:rPr>
        <w:t>§5 – VERGÜTUNG</w:t>
      </w:r>
    </w:p>
    <w:p>
      <w:r>
        <w:rPr>
          <w:b w:val="0"/>
          <w:sz w:val="20"/>
        </w:rPr>
        <w:t>Für die Tätigkeit als Treuhänder erhält dieser eine Vergütung in Höhe von ___________________________. Die Zahlung erfolgt wie folgt: ______________________________________________.</w:t>
      </w:r>
    </w:p>
    <w:p/>
    <w:p>
      <w:r>
        <w:rPr>
          <w:b/>
          <w:sz w:val="20"/>
        </w:rPr>
        <w:t>§6 – HAFTUNG</w:t>
      </w:r>
    </w:p>
    <w:p>
      <w:r>
        <w:rPr>
          <w:b w:val="0"/>
          <w:sz w:val="20"/>
        </w:rPr>
        <w:t>Der Treuhänder haftet für Schäden, die durch vorsätzliches oder grob fahrlässiges Verhalten entstanden sind. Für leichte Fahrlässigkeit ist die Haftung ausgeschlossen, sofern keine vertraglichen Pflichten verletzt wurden.</w:t>
      </w:r>
    </w:p>
    <w:p/>
    <w:p>
      <w:r>
        <w:rPr>
          <w:b/>
          <w:sz w:val="20"/>
        </w:rPr>
        <w:t>§7 – VERTRAGSDAUER UND KÜNDIGUNG</w:t>
      </w:r>
    </w:p>
    <w:p>
      <w:r>
        <w:rPr>
          <w:b w:val="0"/>
          <w:sz w:val="20"/>
        </w:rPr>
        <w:t>Dieser Vertrag beginnt mit Unterzeichnung durch beide Parteien und gilt bis zur vollständigen Erfüllung der Treuhandaufgaben. Eine Kündigung ist nur aus wichtigem Grund möglich.</w:t>
      </w:r>
    </w:p>
    <w:p/>
    <w:p>
      <w:r>
        <w:rPr>
          <w:b/>
          <w:sz w:val="20"/>
        </w:rPr>
        <w:t>§8 – RÜCKGABE DES TREUHANDVERMÖGENS</w:t>
      </w:r>
    </w:p>
    <w:p>
      <w:r>
        <w:rPr>
          <w:b w:val="0"/>
          <w:sz w:val="20"/>
        </w:rPr>
        <w:t>Nach Beendigung des Vertrages ist der Treuhänder verpflichtet, das verbleibende Treuhandvermögen unverzüglich an den Treugeber herauszugeben.</w:t>
      </w:r>
    </w:p>
    <w:p/>
    <w:p>
      <w:r>
        <w:rPr>
          <w:b/>
          <w:sz w:val="20"/>
        </w:rPr>
        <w:t>§9 – VERTRAULICHKEIT</w:t>
      </w:r>
    </w:p>
    <w:p>
      <w:r>
        <w:rPr>
          <w:b w:val="0"/>
          <w:sz w:val="20"/>
        </w:rPr>
        <w:t>Beide Parteien verpflichten sich, alle im Rahmen dieses Vertrages erlangten Informationen vertraulich zu behandeln und nicht an Dritte weiterzugeben, sofern nicht gesetzliche Vorschriften entgegenstehen.</w:t>
      </w:r>
    </w:p>
    <w:p/>
    <w:p>
      <w:r>
        <w:rPr>
          <w:b/>
          <w:sz w:val="20"/>
        </w:rPr>
        <w:t>§10 – SONSTIGES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so berührt dies die Wirksamkeit der übrigen Bestimmungen nicht.</w:t>
      </w:r>
    </w:p>
    <w:p/>
    <w:p>
      <w:r>
        <w:rPr>
          <w:b/>
          <w:sz w:val="20"/>
        </w:rPr>
        <w:t>§11 – GERICHTSSTAND UND ANWENDBARES RECHT</w:t>
      </w:r>
    </w:p>
    <w:p>
      <w:r>
        <w:rPr>
          <w:b w:val="0"/>
          <w:sz w:val="20"/>
        </w:rPr>
        <w:t>Gerichtsstand für alle Streitigkeiten aus diesem Vertrag ist ___________________________. Es gilt deutsches Recht.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TREUGEBER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TREUHÄNDER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https://unternehmen-experte.com/treuhandvertrag-zwischen-privatpersonen/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treuhandvertrag-zwischen-privatpersonen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