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VERTRETUNGSVOLLMACHT GEWERBEANMELDUNG</w:t>
      </w:r>
    </w:p>
    <w:p/>
    <w:p/>
    <w:p>
      <w:r>
        <w:rPr>
          <w:b/>
          <w:sz w:val="22"/>
        </w:rPr>
        <w:t>Vollmachtgeber (Name, Vorname):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2"/>
        </w:rPr>
        <w:t>Geburtsdatum:</w:t>
      </w:r>
    </w:p>
    <w:p>
      <w:r>
        <w:rPr>
          <w:b w:val="0"/>
          <w:sz w:val="22"/>
        </w:rPr>
        <w:t>____________________________________________________________________</w:t>
      </w:r>
    </w:p>
    <w:p/>
    <w:p>
      <w:r>
        <w:rPr>
          <w:b/>
          <w:sz w:val="22"/>
        </w:rPr>
        <w:t>Bevollmächtigter (Name, Vorname):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2"/>
        </w:rPr>
        <w:t>Geburtsdatum:</w:t>
      </w:r>
    </w:p>
    <w:p>
      <w:r>
        <w:rPr>
          <w:b w:val="0"/>
          <w:sz w:val="22"/>
        </w:rPr>
        <w:t>____________________________________________________________________</w:t>
      </w:r>
    </w:p>
    <w:p/>
    <w:p>
      <w:r>
        <w:rPr>
          <w:b w:val="0"/>
          <w:sz w:val="22"/>
        </w:rPr>
        <w:t>Hiermit bevollmächtige ich den oben genannten Bevollmächtigten, in meinem Namen und mit bindender Wirkung für mich die Gewerbeanmeldung bzw. -ummeldung bei der zuständigen Gewerbebehörde vorzunehmen, alle erforderlichen Erklärungen abzugeben, Anträge zu stellen, Unterlagen entgegenzunehmen und entsprechende Bescheide entgegenzunehmen.</w:t>
      </w:r>
    </w:p>
    <w:p/>
    <w:p/>
    <w:p>
      <w:r>
        <w:rPr>
          <w:b/>
          <w:sz w:val="22"/>
        </w:rPr>
        <w:t>Diese Vollmacht umfasst insbesondere die folgenden Handlungen:</w:t>
      </w:r>
    </w:p>
    <w:p>
      <w:r>
        <w:rPr>
          <w:b w:val="0"/>
          <w:sz w:val="22"/>
        </w:rPr>
        <w:t>• Ausfüllen und Einreichen des Gewerbeanmeldeformulars</w:t>
      </w:r>
    </w:p>
    <w:p>
      <w:r>
        <w:rPr>
          <w:b w:val="0"/>
          <w:sz w:val="22"/>
        </w:rPr>
        <w:t>• Entgegennahme von Bescheiden und Schriftstücken der Behörde</w:t>
      </w:r>
    </w:p>
    <w:p>
      <w:r>
        <w:rPr>
          <w:b w:val="0"/>
          <w:sz w:val="22"/>
        </w:rPr>
        <w:t>• Erteilung von Erklärungen im Zusammenhang mit der Gewerbeanmeldung</w:t>
      </w:r>
    </w:p>
    <w:p/>
    <w:p/>
    <w:p>
      <w:r>
        <w:rPr>
          <w:b w:val="0"/>
          <w:sz w:val="22"/>
        </w:rPr>
        <w:t>Die Vollmacht gilt ausschließlich für die oben genannte Gewerbeanmeldung und ist bis auf Widerruf gültig.</w:t>
      </w:r>
    </w:p>
    <w:p/>
    <w:p/>
    <w:p/>
    <w:p>
      <w:r>
        <w:rPr>
          <w:b/>
          <w:sz w:val="22"/>
        </w:rPr>
        <w:t>Ort:</w:t>
      </w:r>
    </w:p>
    <w:p>
      <w:r>
        <w:rPr>
          <w:b w:val="0"/>
          <w:sz w:val="22"/>
        </w:rPr>
        <w:t>________________________________________________________</w:t>
      </w:r>
    </w:p>
    <w:p/>
    <w:p>
      <w:r>
        <w:rPr>
          <w:b/>
          <w:sz w:val="22"/>
        </w:rPr>
        <w:t>Unterschrift Vollmachtgeber:</w:t>
      </w:r>
    </w:p>
    <w:p>
      <w:r>
        <w:rPr>
          <w:b w:val="0"/>
          <w:sz w:val="22"/>
        </w:rPr>
        <w:t>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https://unternehmen-experte.com/vertretungsvollmacht-gewerbeanmeldung/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vertretungsvollmacht-gewerbeanmeldung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